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CD7F2" w14:textId="2609378F" w:rsidR="00BA1BD5" w:rsidRPr="003D553F" w:rsidRDefault="00CF7C72" w:rsidP="003D553F">
      <w:pPr>
        <w:jc w:val="center"/>
        <w:rPr>
          <w:rFonts w:ascii="游ゴシック" w:eastAsia="游ゴシック" w:hAnsi="游ゴシック"/>
          <w:b/>
          <w:sz w:val="30"/>
          <w:lang w:eastAsia="ja-JP"/>
        </w:rPr>
      </w:pPr>
      <w:bookmarkStart w:id="0" w:name="_GoBack"/>
      <w:bookmarkEnd w:id="0"/>
      <w:r w:rsidRPr="00BA1BD5">
        <w:rPr>
          <w:rFonts w:ascii="游ゴシック" w:eastAsia="游ゴシック" w:hAnsi="游ゴシック"/>
          <w:b/>
          <w:sz w:val="30"/>
          <w:lang w:eastAsia="ja-JP"/>
        </w:rPr>
        <w:t>クビアカツヤカミキリ確認チェックシート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6449"/>
      </w:tblGrid>
      <w:tr w:rsidR="00BF1C5D" w14:paraId="7438A3F5" w14:textId="77777777" w:rsidTr="00322796">
        <w:trPr>
          <w:trHeight w:val="1332"/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4C52F3CF" w14:textId="6EF71845" w:rsidR="00BF1C5D" w:rsidRPr="009930CA" w:rsidRDefault="00BA1BD5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確認</w:t>
            </w:r>
            <w:r w:rsidRPr="009930CA">
              <w:rPr>
                <w:rFonts w:ascii="メイリオ" w:eastAsia="メイリオ" w:hAnsi="メイリオ"/>
                <w:sz w:val="24"/>
                <w:szCs w:val="24"/>
              </w:rPr>
              <w:t>者</w:t>
            </w:r>
          </w:p>
        </w:tc>
        <w:tc>
          <w:tcPr>
            <w:tcW w:w="6627" w:type="dxa"/>
            <w:vAlign w:val="center"/>
          </w:tcPr>
          <w:p w14:paraId="77851CC1" w14:textId="30562828" w:rsidR="00BA1BD5" w:rsidRPr="009930CA" w:rsidRDefault="008D351E">
            <w:pPr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企業名</w:t>
            </w:r>
            <w:r w:rsidR="00CF7C72" w:rsidRPr="009930CA">
              <w:rPr>
                <w:sz w:val="24"/>
                <w:szCs w:val="24"/>
                <w:lang w:eastAsia="ja-JP"/>
              </w:rPr>
              <w:t xml:space="preserve">：　　　　　</w:t>
            </w:r>
          </w:p>
          <w:p w14:paraId="25602358" w14:textId="1ACC8AD3" w:rsidR="00BF1C5D" w:rsidRPr="009930CA" w:rsidRDefault="00CF7C72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 xml:space="preserve">氏名：　　　　　　　　　　　　</w:t>
            </w:r>
          </w:p>
        </w:tc>
      </w:tr>
      <w:tr w:rsidR="00BF1C5D" w14:paraId="78F58BA3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5A6B12E6" w14:textId="77777777" w:rsidR="00BF1C5D" w:rsidRPr="009930CA" w:rsidRDefault="00CF7C72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確認日時</w:t>
            </w:r>
          </w:p>
        </w:tc>
        <w:tc>
          <w:tcPr>
            <w:tcW w:w="6627" w:type="dxa"/>
            <w:vAlign w:val="center"/>
          </w:tcPr>
          <w:p w14:paraId="58C0D699" w14:textId="135A4F24" w:rsidR="00BF1C5D" w:rsidRPr="009930CA" w:rsidRDefault="00CF7C72">
            <w:pPr>
              <w:rPr>
                <w:sz w:val="24"/>
                <w:szCs w:val="24"/>
              </w:rPr>
            </w:pPr>
            <w:r w:rsidRPr="009930CA">
              <w:rPr>
                <w:sz w:val="24"/>
                <w:szCs w:val="24"/>
              </w:rPr>
              <w:t>令和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>８</w:t>
            </w:r>
            <w:r w:rsidRPr="009930CA">
              <w:rPr>
                <w:sz w:val="24"/>
                <w:szCs w:val="24"/>
              </w:rPr>
              <w:t xml:space="preserve">年　　月　　日　　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</w:rPr>
              <w:t xml:space="preserve">　時　　分</w:t>
            </w:r>
          </w:p>
        </w:tc>
      </w:tr>
      <w:tr w:rsidR="00322796" w:rsidRPr="009930CA" w14:paraId="5819CF4B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500C455E" w14:textId="77777777" w:rsidR="00322796" w:rsidRPr="009930CA" w:rsidRDefault="00322796" w:rsidP="00B173DE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確認</w:t>
            </w:r>
          </w:p>
        </w:tc>
        <w:tc>
          <w:tcPr>
            <w:tcW w:w="6627" w:type="dxa"/>
            <w:vAlign w:val="center"/>
          </w:tcPr>
          <w:p w14:paraId="01CE081C" w14:textId="2CF61EC0" w:rsidR="00322796" w:rsidRPr="009930CA" w:rsidRDefault="00322796" w:rsidP="00B173DE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>
              <w:rPr>
                <w:rFonts w:hint="eastAsia"/>
                <w:sz w:val="24"/>
                <w:szCs w:val="24"/>
                <w:lang w:eastAsia="ja-JP"/>
              </w:rPr>
              <w:t>確認</w:t>
            </w:r>
            <w:r w:rsidR="00095586">
              <w:rPr>
                <w:rFonts w:hint="eastAsia"/>
                <w:sz w:val="24"/>
                <w:szCs w:val="24"/>
                <w:lang w:eastAsia="ja-JP"/>
              </w:rPr>
              <w:t xml:space="preserve">なし　</w:t>
            </w:r>
            <w:r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成虫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（　　匹）　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フラス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（　　箇所）</w:t>
            </w:r>
          </w:p>
        </w:tc>
      </w:tr>
      <w:tr w:rsidR="00BF1C5D" w14:paraId="1CFA177D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EFAE72B" w14:textId="77777777" w:rsidR="00BF1C5D" w:rsidRPr="009930CA" w:rsidRDefault="00CF7C72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確認場所</w:t>
            </w:r>
          </w:p>
        </w:tc>
        <w:tc>
          <w:tcPr>
            <w:tcW w:w="6627" w:type="dxa"/>
            <w:vAlign w:val="center"/>
          </w:tcPr>
          <w:p w14:paraId="7A835FAB" w14:textId="77777777" w:rsidR="00BF1C5D" w:rsidRPr="009930CA" w:rsidRDefault="00BF1C5D">
            <w:pPr>
              <w:rPr>
                <w:sz w:val="24"/>
                <w:szCs w:val="24"/>
              </w:rPr>
            </w:pPr>
          </w:p>
        </w:tc>
      </w:tr>
      <w:tr w:rsidR="00BF1C5D" w14:paraId="393EAE13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4163CD55" w14:textId="75CCCA9A" w:rsidR="00BF1C5D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事業所・</w:t>
            </w:r>
            <w:r w:rsidR="00CF7C72" w:rsidRPr="009930CA">
              <w:rPr>
                <w:rFonts w:ascii="メイリオ" w:eastAsia="メイリオ" w:hAnsi="メイリオ"/>
                <w:sz w:val="24"/>
                <w:szCs w:val="24"/>
              </w:rPr>
              <w:t>施設名</w:t>
            </w:r>
          </w:p>
        </w:tc>
        <w:tc>
          <w:tcPr>
            <w:tcW w:w="6627" w:type="dxa"/>
            <w:vAlign w:val="center"/>
          </w:tcPr>
          <w:p w14:paraId="2CC91530" w14:textId="77777777" w:rsidR="00BF1C5D" w:rsidRPr="009930CA" w:rsidRDefault="00BF1C5D">
            <w:pPr>
              <w:rPr>
                <w:sz w:val="24"/>
                <w:szCs w:val="24"/>
              </w:rPr>
            </w:pPr>
          </w:p>
        </w:tc>
      </w:tr>
      <w:tr w:rsidR="00BF1C5D" w14:paraId="0CAA95DB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4A8EE5D" w14:textId="77777777" w:rsidR="00BF1C5D" w:rsidRPr="009930CA" w:rsidRDefault="00CF7C72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樹種</w:t>
            </w:r>
          </w:p>
        </w:tc>
        <w:tc>
          <w:tcPr>
            <w:tcW w:w="6627" w:type="dxa"/>
            <w:vAlign w:val="center"/>
          </w:tcPr>
          <w:p w14:paraId="4FCD28FF" w14:textId="29895C13" w:rsidR="00BF1C5D" w:rsidRPr="009930CA" w:rsidRDefault="00CF7C72" w:rsidP="00BA1BD5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サクラ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 xml:space="preserve">類　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ウメ</w:t>
            </w:r>
            <w:r w:rsidR="00BA1BD5" w:rsidRPr="009930CA">
              <w:rPr>
                <w:rFonts w:hint="eastAsia"/>
                <w:sz w:val="24"/>
                <w:szCs w:val="24"/>
                <w:lang w:eastAsia="ja-JP"/>
              </w:rPr>
              <w:t xml:space="preserve">類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その他</w:t>
            </w:r>
          </w:p>
        </w:tc>
      </w:tr>
      <w:tr w:rsidR="00322796" w14:paraId="4DC08EE3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743B686" w14:textId="7C4F91DD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周辺の状況</w:t>
            </w:r>
          </w:p>
        </w:tc>
        <w:tc>
          <w:tcPr>
            <w:tcW w:w="6627" w:type="dxa"/>
            <w:vAlign w:val="center"/>
          </w:tcPr>
          <w:p w14:paraId="4BBDDC7D" w14:textId="139BB982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</w:p>
        </w:tc>
      </w:tr>
      <w:tr w:rsidR="00322796" w14:paraId="1FEAC6D5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F366E62" w14:textId="21A53522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成虫確認</w:t>
            </w:r>
          </w:p>
        </w:tc>
        <w:tc>
          <w:tcPr>
            <w:tcW w:w="6627" w:type="dxa"/>
            <w:vAlign w:val="center"/>
          </w:tcPr>
          <w:p w14:paraId="1635903A" w14:textId="59F41644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黒色光沢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前胸部赤色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長い触角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</w:p>
        </w:tc>
      </w:tr>
      <w:tr w:rsidR="00322796" w14:paraId="56F093CF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CDA90FB" w14:textId="20BF418E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フラス確認</w:t>
            </w:r>
          </w:p>
        </w:tc>
        <w:tc>
          <w:tcPr>
            <w:tcW w:w="6627" w:type="dxa"/>
            <w:vAlign w:val="center"/>
          </w:tcPr>
          <w:p w14:paraId="69661444" w14:textId="77777777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株元・幹から排出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木くずと糞混在</w:t>
            </w:r>
            <w:r w:rsidRPr="009930CA">
              <w:rPr>
                <w:sz w:val="24"/>
                <w:szCs w:val="24"/>
                <w:lang w:eastAsia="ja-JP"/>
              </w:rPr>
              <w:t xml:space="preserve"> </w:t>
            </w:r>
          </w:p>
          <w:p w14:paraId="37F8981E" w14:textId="0C24737C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かりんとう</w:t>
            </w:r>
            <w:r w:rsidRPr="009930CA">
              <w:rPr>
                <w:sz w:val="24"/>
                <w:szCs w:val="24"/>
                <w:lang w:eastAsia="ja-JP"/>
              </w:rPr>
              <w:t>状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多量堆積</w:t>
            </w:r>
          </w:p>
        </w:tc>
      </w:tr>
      <w:tr w:rsidR="00322796" w14:paraId="236E810A" w14:textId="77777777" w:rsidTr="00322796">
        <w:trPr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22D90221" w14:textId="5AA1C31B" w:rsidR="00322796" w:rsidRPr="009930CA" w:rsidRDefault="00322796" w:rsidP="00BA1BD5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備考</w:t>
            </w:r>
          </w:p>
        </w:tc>
        <w:tc>
          <w:tcPr>
            <w:tcW w:w="6627" w:type="dxa"/>
            <w:vAlign w:val="center"/>
          </w:tcPr>
          <w:p w14:paraId="7A337723" w14:textId="0AC6D06F" w:rsidR="00322796" w:rsidRPr="009930CA" w:rsidRDefault="00322796">
            <w:pPr>
              <w:rPr>
                <w:sz w:val="24"/>
                <w:szCs w:val="24"/>
                <w:lang w:eastAsia="ja-JP"/>
              </w:rPr>
            </w:pPr>
          </w:p>
        </w:tc>
      </w:tr>
    </w:tbl>
    <w:p w14:paraId="3B65B197" w14:textId="2979A0CC" w:rsidR="003D553F" w:rsidRPr="00BA1BD5" w:rsidRDefault="009930CA">
      <w:pPr>
        <w:rPr>
          <w:rFonts w:ascii="メイリオ" w:eastAsia="メイリオ" w:hAnsi="メイリオ"/>
          <w:b/>
          <w:bCs/>
          <w:sz w:val="24"/>
          <w:szCs w:val="24"/>
          <w:lang w:eastAsia="ja-JP"/>
        </w:rPr>
      </w:pPr>
      <w:r>
        <w:rPr>
          <w:rFonts w:ascii="メイリオ" w:eastAsia="メイリオ" w:hAnsi="メイリオ" w:hint="eastAsia"/>
          <w:b/>
          <w:bCs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8D3BDC" wp14:editId="08CB5045">
                <wp:simplePos x="0" y="0"/>
                <wp:positionH relativeFrom="column">
                  <wp:posOffset>-184785</wp:posOffset>
                </wp:positionH>
                <wp:positionV relativeFrom="paragraph">
                  <wp:posOffset>415290</wp:posOffset>
                </wp:positionV>
                <wp:extent cx="1866900" cy="247650"/>
                <wp:effectExtent l="57150" t="19050" r="76200" b="95250"/>
                <wp:wrapNone/>
                <wp:docPr id="353811565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F406E9-C0AC-4C81-AB6C-E642734C53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E6039" id="正方形/長方形 1" o:spid="_x0000_s1026" style="position:absolute;left:0;text-align:left;margin-left:-14.55pt;margin-top:32.7pt;width:147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2424A6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※写真</w:t>
      </w:r>
      <w:r w:rsidR="00BA1BD5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は</w:t>
      </w:r>
      <w:r w:rsidR="002424A6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メールに添付を</w:t>
      </w:r>
      <w:r w:rsidR="00BA1BD5" w:rsidRPr="00FA61D6">
        <w:rPr>
          <w:rFonts w:ascii="メイリオ" w:eastAsia="メイリオ" w:hAnsi="メイリオ" w:hint="eastAsia"/>
          <w:b/>
          <w:bCs/>
          <w:sz w:val="21"/>
          <w:szCs w:val="21"/>
          <w:lang w:eastAsia="ja-JP"/>
        </w:rPr>
        <w:t>お願いします</w:t>
      </w:r>
    </w:p>
    <w:p w14:paraId="1E2681B3" w14:textId="3B1AE864" w:rsidR="002424A6" w:rsidRPr="00BA1BD5" w:rsidRDefault="004C57CC" w:rsidP="009930CA">
      <w:pPr>
        <w:spacing w:after="0"/>
        <w:rPr>
          <w:rFonts w:ascii="游ゴシック" w:eastAsia="游ゴシック" w:hAnsi="游ゴシック"/>
          <w:lang w:eastAsia="ja-JP"/>
        </w:rPr>
      </w:pPr>
      <w:r>
        <w:rPr>
          <w:rFonts w:ascii="游ゴシック" w:eastAsia="游ゴシック" w:hAnsi="游ゴシック" w:hint="eastAsia"/>
          <w:lang w:eastAsia="ja-JP"/>
        </w:rPr>
        <w:t>長野県</w:t>
      </w:r>
      <w:r w:rsidR="002424A6" w:rsidRPr="00BA1BD5">
        <w:rPr>
          <w:rFonts w:ascii="游ゴシック" w:eastAsia="游ゴシック" w:hAnsi="游ゴシック" w:hint="eastAsia"/>
          <w:lang w:eastAsia="ja-JP"/>
        </w:rPr>
        <w:t>自然保護課記入欄</w:t>
      </w:r>
    </w:p>
    <w:tbl>
      <w:tblPr>
        <w:tblStyle w:val="afe"/>
        <w:tblW w:w="8839" w:type="dxa"/>
        <w:jc w:val="center"/>
        <w:tblLook w:val="04A0" w:firstRow="1" w:lastRow="0" w:firstColumn="1" w:lastColumn="0" w:noHBand="0" w:noVBand="1"/>
      </w:tblPr>
      <w:tblGrid>
        <w:gridCol w:w="2153"/>
        <w:gridCol w:w="6686"/>
      </w:tblGrid>
      <w:tr w:rsidR="00B4067F" w14:paraId="677FA396" w14:textId="77777777" w:rsidTr="009930CA">
        <w:trPr>
          <w:trHeight w:val="964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358EC6C3" w14:textId="7681B135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確認</w:t>
            </w:r>
            <w:r w:rsidRPr="009930CA">
              <w:rPr>
                <w:rFonts w:ascii="メイリオ" w:eastAsia="メイリオ" w:hAnsi="メイリオ"/>
                <w:sz w:val="24"/>
                <w:szCs w:val="24"/>
              </w:rPr>
              <w:t>者</w:t>
            </w:r>
          </w:p>
        </w:tc>
        <w:tc>
          <w:tcPr>
            <w:tcW w:w="6686" w:type="dxa"/>
            <w:vAlign w:val="center"/>
          </w:tcPr>
          <w:p w14:paraId="68783084" w14:textId="28CFDB4F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所属：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自然保護課　生物多様性係</w:t>
            </w:r>
          </w:p>
          <w:p w14:paraId="416C016E" w14:textId="65EA384E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 xml:space="preserve">職・氏名：　　　　　　　　　　　　</w:t>
            </w:r>
          </w:p>
        </w:tc>
      </w:tr>
      <w:tr w:rsidR="00B4067F" w14:paraId="4F1BF081" w14:textId="77777777" w:rsidTr="009930CA">
        <w:trPr>
          <w:trHeight w:val="690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70702900" w14:textId="58D810EC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成虫</w:t>
            </w:r>
          </w:p>
        </w:tc>
        <w:tc>
          <w:tcPr>
            <w:tcW w:w="6686" w:type="dxa"/>
            <w:vAlign w:val="center"/>
          </w:tcPr>
          <w:p w14:paraId="084B62DA" w14:textId="7E713655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sz w:val="24"/>
                <w:szCs w:val="24"/>
                <w:lang w:eastAsia="ja-JP"/>
              </w:rPr>
              <w:t>黒色光沢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前胸部赤色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sz w:val="24"/>
                <w:szCs w:val="24"/>
                <w:lang w:eastAsia="ja-JP"/>
              </w:rPr>
              <w:t>長い触角</w:t>
            </w:r>
          </w:p>
        </w:tc>
      </w:tr>
      <w:tr w:rsidR="00B4067F" w14:paraId="5A4550DB" w14:textId="77777777" w:rsidTr="009930CA">
        <w:trPr>
          <w:trHeight w:val="687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7DE65E40" w14:textId="3CB9D7E1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/>
                <w:sz w:val="24"/>
                <w:szCs w:val="24"/>
              </w:rPr>
              <w:t>フラス確認</w:t>
            </w:r>
          </w:p>
        </w:tc>
        <w:tc>
          <w:tcPr>
            <w:tcW w:w="6686" w:type="dxa"/>
            <w:vAlign w:val="center"/>
          </w:tcPr>
          <w:p w14:paraId="09BAB1D8" w14:textId="41B31F05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疑い有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疑い無</w:t>
            </w:r>
          </w:p>
        </w:tc>
      </w:tr>
      <w:tr w:rsidR="00B4067F" w14:paraId="79204034" w14:textId="77777777" w:rsidTr="009930CA">
        <w:trPr>
          <w:trHeight w:val="564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303BD3E7" w14:textId="3E8D57FC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w w:val="66"/>
                <w:sz w:val="24"/>
                <w:szCs w:val="24"/>
                <w:lang w:eastAsia="ja-JP"/>
              </w:rPr>
            </w:pPr>
            <w:r w:rsidRPr="009930CA">
              <w:rPr>
                <w:rFonts w:ascii="メイリオ" w:eastAsia="メイリオ" w:hAnsi="メイリオ" w:hint="eastAsia"/>
                <w:w w:val="66"/>
                <w:sz w:val="24"/>
                <w:szCs w:val="24"/>
                <w:lang w:eastAsia="ja-JP"/>
              </w:rPr>
              <w:t>クビアカツヤカミキリ</w:t>
            </w:r>
          </w:p>
        </w:tc>
        <w:tc>
          <w:tcPr>
            <w:tcW w:w="6686" w:type="dxa"/>
            <w:vAlign w:val="center"/>
          </w:tcPr>
          <w:p w14:paraId="023CFF71" w14:textId="1CC002B1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該当　　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非該当</w:t>
            </w:r>
          </w:p>
        </w:tc>
      </w:tr>
      <w:tr w:rsidR="00B4067F" w14:paraId="25AD4924" w14:textId="77777777" w:rsidTr="009930CA">
        <w:trPr>
          <w:trHeight w:val="656"/>
          <w:jc w:val="center"/>
        </w:trPr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654C06E6" w14:textId="6157A333" w:rsidR="00B4067F" w:rsidRPr="009930CA" w:rsidRDefault="00B4067F" w:rsidP="00B4067F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9930CA">
              <w:rPr>
                <w:rFonts w:ascii="メイリオ" w:eastAsia="メイリオ" w:hAnsi="メイリオ" w:hint="eastAsia"/>
                <w:sz w:val="24"/>
                <w:szCs w:val="24"/>
                <w:lang w:eastAsia="ja-JP"/>
              </w:rPr>
              <w:t>対応</w:t>
            </w:r>
          </w:p>
        </w:tc>
        <w:tc>
          <w:tcPr>
            <w:tcW w:w="6686" w:type="dxa"/>
            <w:vAlign w:val="center"/>
          </w:tcPr>
          <w:p w14:paraId="30B187A3" w14:textId="0150E4DF" w:rsidR="00B4067F" w:rsidRPr="009930CA" w:rsidRDefault="00B4067F" w:rsidP="00B4067F">
            <w:pPr>
              <w:rPr>
                <w:sz w:val="24"/>
                <w:szCs w:val="24"/>
                <w:lang w:eastAsia="ja-JP"/>
              </w:rPr>
            </w:pP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現地確認　</w:t>
            </w:r>
            <w:r w:rsidRPr="009930CA">
              <w:rPr>
                <w:sz w:val="24"/>
                <w:szCs w:val="24"/>
                <w:lang w:eastAsia="ja-JP"/>
              </w:rPr>
              <w:t xml:space="preserve"> 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経過観察（要注意）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 xml:space="preserve"> </w:t>
            </w:r>
            <w:r w:rsidRPr="009930CA">
              <w:rPr>
                <w:sz w:val="24"/>
                <w:szCs w:val="24"/>
                <w:lang w:eastAsia="ja-JP"/>
              </w:rPr>
              <w:t>□</w:t>
            </w:r>
            <w:r w:rsidRPr="009930CA">
              <w:rPr>
                <w:rFonts w:hint="eastAsia"/>
                <w:sz w:val="24"/>
                <w:szCs w:val="24"/>
                <w:lang w:eastAsia="ja-JP"/>
              </w:rPr>
              <w:t>対応なし</w:t>
            </w:r>
          </w:p>
        </w:tc>
      </w:tr>
    </w:tbl>
    <w:p w14:paraId="3322E868" w14:textId="77777777" w:rsidR="002424A6" w:rsidRDefault="002424A6">
      <w:pPr>
        <w:rPr>
          <w:lang w:eastAsia="ja-JP"/>
        </w:rPr>
      </w:pPr>
    </w:p>
    <w:sectPr w:rsidR="002424A6" w:rsidSect="00BA1BD5">
      <w:pgSz w:w="11906" w:h="16838" w:code="9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800B0" w14:textId="77777777" w:rsidR="0017205B" w:rsidRDefault="0017205B" w:rsidP="00BA0506">
      <w:pPr>
        <w:spacing w:after="0" w:line="240" w:lineRule="auto"/>
      </w:pPr>
      <w:r>
        <w:separator/>
      </w:r>
    </w:p>
  </w:endnote>
  <w:endnote w:type="continuationSeparator" w:id="0">
    <w:p w14:paraId="5C2FA8CC" w14:textId="77777777" w:rsidR="0017205B" w:rsidRDefault="0017205B" w:rsidP="00BA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BFFB4" w14:textId="77777777" w:rsidR="0017205B" w:rsidRDefault="0017205B" w:rsidP="00BA0506">
      <w:pPr>
        <w:spacing w:after="0" w:line="240" w:lineRule="auto"/>
      </w:pPr>
      <w:r>
        <w:separator/>
      </w:r>
    </w:p>
  </w:footnote>
  <w:footnote w:type="continuationSeparator" w:id="0">
    <w:p w14:paraId="6D8E45B2" w14:textId="77777777" w:rsidR="0017205B" w:rsidRDefault="0017205B" w:rsidP="00BA0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5586"/>
    <w:rsid w:val="0015074B"/>
    <w:rsid w:val="00153D66"/>
    <w:rsid w:val="0017205B"/>
    <w:rsid w:val="00182F3C"/>
    <w:rsid w:val="002424A6"/>
    <w:rsid w:val="0029639D"/>
    <w:rsid w:val="002D4402"/>
    <w:rsid w:val="00322796"/>
    <w:rsid w:val="00326F90"/>
    <w:rsid w:val="003D553F"/>
    <w:rsid w:val="00422C40"/>
    <w:rsid w:val="0043536E"/>
    <w:rsid w:val="004C57CC"/>
    <w:rsid w:val="005559EF"/>
    <w:rsid w:val="0072260D"/>
    <w:rsid w:val="007A3564"/>
    <w:rsid w:val="00823452"/>
    <w:rsid w:val="00827EDF"/>
    <w:rsid w:val="008A03E6"/>
    <w:rsid w:val="008D351E"/>
    <w:rsid w:val="009930CA"/>
    <w:rsid w:val="00AA1D8D"/>
    <w:rsid w:val="00B035EE"/>
    <w:rsid w:val="00B4067F"/>
    <w:rsid w:val="00B47730"/>
    <w:rsid w:val="00BA0506"/>
    <w:rsid w:val="00BA1BD5"/>
    <w:rsid w:val="00BA4705"/>
    <w:rsid w:val="00BF1C5D"/>
    <w:rsid w:val="00C8464B"/>
    <w:rsid w:val="00CB0664"/>
    <w:rsid w:val="00CE04F2"/>
    <w:rsid w:val="00CE4B0F"/>
    <w:rsid w:val="00CF7C72"/>
    <w:rsid w:val="00D7584A"/>
    <w:rsid w:val="00E9736F"/>
    <w:rsid w:val="00FA61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D6A44"/>
  <w14:defaultImageDpi w14:val="300"/>
  <w15:docId w15:val="{5B4B0565-5A8A-415F-9B02-733C4623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8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9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3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4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黒坂　恭平</dc:creator>
  <cp:keywords/>
  <dc:description>generated by python-docx</dc:description>
  <cp:lastModifiedBy>U0809</cp:lastModifiedBy>
  <cp:revision>2</cp:revision>
  <dcterms:created xsi:type="dcterms:W3CDTF">2026-09-29T00:27:00Z</dcterms:created>
  <dcterms:modified xsi:type="dcterms:W3CDTF">2026-09-29T00:27:00Z</dcterms:modified>
  <cp:category/>
</cp:coreProperties>
</file>